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22001" w14:textId="2169C190" w:rsidR="000D4B22" w:rsidRPr="004023E8" w:rsidRDefault="00076341" w:rsidP="000076CF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b/>
          <w:sz w:val="28"/>
          <w:lang w:val="de-AT"/>
        </w:rPr>
        <w:t>E</w:t>
      </w:r>
      <w:r w:rsidR="000076CF">
        <w:rPr>
          <w:rFonts w:ascii="Century Gothic" w:hAnsi="Century Gothic"/>
          <w:b/>
          <w:sz w:val="28"/>
          <w:lang w:val="de-AT"/>
        </w:rPr>
        <w:t>inverständniserklärung</w:t>
      </w:r>
      <w:r w:rsidRPr="004023E8">
        <w:rPr>
          <w:rFonts w:ascii="Century Gothic" w:hAnsi="Century Gothic"/>
          <w:b/>
          <w:sz w:val="28"/>
          <w:lang w:val="de-AT"/>
        </w:rPr>
        <w:t xml:space="preserve"> </w:t>
      </w:r>
      <w:r w:rsidR="000076CF">
        <w:rPr>
          <w:rFonts w:ascii="Century Gothic" w:hAnsi="Century Gothic"/>
          <w:b/>
          <w:sz w:val="28"/>
          <w:lang w:val="de-AT"/>
        </w:rPr>
        <w:t>der</w:t>
      </w:r>
      <w:r w:rsidRPr="004023E8">
        <w:rPr>
          <w:rFonts w:ascii="Century Gothic" w:hAnsi="Century Gothic"/>
          <w:b/>
          <w:sz w:val="28"/>
          <w:lang w:val="de-AT"/>
        </w:rPr>
        <w:t xml:space="preserve"> </w:t>
      </w:r>
      <w:r w:rsidR="000076CF">
        <w:rPr>
          <w:rFonts w:ascii="Century Gothic" w:hAnsi="Century Gothic"/>
          <w:b/>
          <w:sz w:val="28"/>
          <w:lang w:val="de-AT"/>
        </w:rPr>
        <w:t>Erziehungsberechtigten</w:t>
      </w:r>
      <w:r w:rsidRPr="004023E8">
        <w:rPr>
          <w:rFonts w:ascii="Century Gothic" w:hAnsi="Century Gothic"/>
          <w:b/>
          <w:sz w:val="28"/>
          <w:lang w:val="de-AT"/>
        </w:rPr>
        <w:br/>
      </w:r>
      <w:r w:rsidR="000076CF" w:rsidRPr="000076CF">
        <w:rPr>
          <w:rFonts w:ascii="Century Gothic" w:hAnsi="Century Gothic"/>
          <w:b/>
          <w:sz w:val="28"/>
          <w:lang w:val="de-AT"/>
        </w:rPr>
        <w:t>für die Teilnahme an einer Vereinsreise</w:t>
      </w:r>
    </w:p>
    <w:p w14:paraId="657FFDEF" w14:textId="5AC31D93" w:rsidR="000D4B22" w:rsidRPr="004023E8" w:rsidRDefault="000D4B22" w:rsidP="00977332">
      <w:pPr>
        <w:numPr>
          <w:ilvl w:val="0"/>
          <w:numId w:val="0"/>
        </w:numPr>
        <w:jc w:val="center"/>
        <w:rPr>
          <w:rFonts w:ascii="Century Gothic" w:hAnsi="Century Gothic"/>
          <w:lang w:val="de-AT"/>
        </w:rPr>
      </w:pPr>
    </w:p>
    <w:p w14:paraId="7EA67442" w14:textId="4E9CD9B3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>Verein:</w:t>
      </w:r>
      <w:r w:rsidR="004023E8" w:rsidRPr="004023E8">
        <w:rPr>
          <w:rFonts w:ascii="Century Gothic" w:hAnsi="Century Gothic"/>
          <w:lang w:val="de-AT"/>
        </w:rPr>
        <w:t xml:space="preserve"> </w:t>
      </w:r>
      <w:r w:rsidR="004023E8">
        <w:rPr>
          <w:rFonts w:ascii="Century Gothic" w:hAnsi="Century Gothic"/>
          <w:lang w:val="de-AT"/>
        </w:rPr>
        <w:tab/>
      </w:r>
      <w:r w:rsidR="004023E8"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41011DDA" w14:textId="777F2F26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>Reiseziel:</w:t>
      </w:r>
      <w:r w:rsidR="004023E8">
        <w:rPr>
          <w:rFonts w:ascii="Century Gothic" w:hAnsi="Century Gothic"/>
          <w:lang w:val="de-AT"/>
        </w:rPr>
        <w:tab/>
      </w:r>
      <w:r w:rsidR="004023E8"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416142EE" w14:textId="6CB89E63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>Reisezeitraum: von ______</w:t>
      </w:r>
      <w:r w:rsidR="004023E8" w:rsidRPr="004023E8">
        <w:rPr>
          <w:rFonts w:ascii="Century Gothic" w:hAnsi="Century Gothic"/>
          <w:lang w:val="de-AT"/>
        </w:rPr>
        <w:t>___</w:t>
      </w:r>
      <w:r w:rsidR="004023E8">
        <w:rPr>
          <w:rFonts w:ascii="Century Gothic" w:hAnsi="Century Gothic"/>
          <w:lang w:val="de-AT"/>
        </w:rPr>
        <w:t>__</w:t>
      </w:r>
      <w:r w:rsidR="004023E8" w:rsidRPr="004023E8">
        <w:rPr>
          <w:rFonts w:ascii="Century Gothic" w:hAnsi="Century Gothic"/>
          <w:lang w:val="de-AT"/>
        </w:rPr>
        <w:t>_</w:t>
      </w:r>
      <w:r w:rsidR="004023E8">
        <w:rPr>
          <w:rFonts w:ascii="Century Gothic" w:hAnsi="Century Gothic"/>
          <w:lang w:val="de-AT"/>
        </w:rPr>
        <w:t>__</w:t>
      </w:r>
      <w:r w:rsidR="004023E8" w:rsidRPr="004023E8">
        <w:rPr>
          <w:rFonts w:ascii="Century Gothic" w:hAnsi="Century Gothic"/>
          <w:lang w:val="de-AT"/>
        </w:rPr>
        <w:t>___________</w:t>
      </w:r>
      <w:r w:rsidRPr="004023E8">
        <w:rPr>
          <w:rFonts w:ascii="Century Gothic" w:hAnsi="Century Gothic"/>
          <w:lang w:val="de-AT"/>
        </w:rPr>
        <w:t xml:space="preserve">____ bis </w:t>
      </w:r>
      <w:r w:rsidR="004023E8" w:rsidRPr="004023E8">
        <w:rPr>
          <w:rFonts w:ascii="Century Gothic" w:hAnsi="Century Gothic"/>
          <w:lang w:val="de-AT"/>
        </w:rPr>
        <w:t>___________________</w:t>
      </w:r>
      <w:r w:rsidR="004023E8">
        <w:rPr>
          <w:rFonts w:ascii="Century Gothic" w:hAnsi="Century Gothic"/>
          <w:lang w:val="de-AT"/>
        </w:rPr>
        <w:t>__</w:t>
      </w:r>
      <w:r w:rsidR="004023E8" w:rsidRPr="004023E8">
        <w:rPr>
          <w:rFonts w:ascii="Century Gothic" w:hAnsi="Century Gothic"/>
          <w:lang w:val="de-AT"/>
        </w:rPr>
        <w:t>______</w:t>
      </w:r>
    </w:p>
    <w:p w14:paraId="672A6659" w14:textId="77777777" w:rsidR="000D4B22" w:rsidRPr="004023E8" w:rsidRDefault="000D4B22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</w:p>
    <w:p w14:paraId="1B21C839" w14:textId="5B9F4460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b/>
          <w:bCs/>
          <w:lang w:val="de-AT"/>
        </w:rPr>
      </w:pPr>
      <w:r w:rsidRPr="004023E8">
        <w:rPr>
          <w:rFonts w:ascii="Century Gothic" w:hAnsi="Century Gothic"/>
          <w:b/>
          <w:bCs/>
          <w:lang w:val="de-AT"/>
        </w:rPr>
        <w:t>Teilnehmer</w:t>
      </w:r>
      <w:r w:rsidR="00D55FE3">
        <w:rPr>
          <w:rFonts w:ascii="Century Gothic" w:hAnsi="Century Gothic"/>
          <w:b/>
          <w:bCs/>
          <w:lang w:val="de-AT"/>
        </w:rPr>
        <w:t>*</w:t>
      </w:r>
      <w:r w:rsidRPr="004023E8">
        <w:rPr>
          <w:rFonts w:ascii="Century Gothic" w:hAnsi="Century Gothic"/>
          <w:b/>
          <w:bCs/>
          <w:lang w:val="de-AT"/>
        </w:rPr>
        <w:t>in</w:t>
      </w:r>
    </w:p>
    <w:p w14:paraId="6F9DD61C" w14:textId="12E77A97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Name: </w:t>
      </w:r>
      <w:r w:rsidR="004023E8">
        <w:rPr>
          <w:rFonts w:ascii="Century Gothic" w:hAnsi="Century Gothic"/>
          <w:lang w:val="de-AT"/>
        </w:rPr>
        <w:tab/>
      </w:r>
      <w:r w:rsidR="004023E8"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474AF100" w14:textId="42FDCB11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Geburtsdatum: </w:t>
      </w:r>
      <w:r w:rsidR="004023E8">
        <w:rPr>
          <w:rFonts w:ascii="Century Gothic" w:hAnsi="Century Gothic"/>
          <w:lang w:val="de-AT"/>
        </w:rPr>
        <w:tab/>
      </w:r>
      <w:r w:rsidR="004023E8" w:rsidRPr="004023E8">
        <w:rPr>
          <w:rFonts w:ascii="Century Gothic" w:hAnsi="Century Gothic"/>
          <w:lang w:val="de-AT"/>
        </w:rPr>
        <w:t>__________________________________________________________</w:t>
      </w:r>
    </w:p>
    <w:p w14:paraId="62F386B0" w14:textId="3934BDC5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Adresse: </w:t>
      </w:r>
      <w:r w:rsidR="004023E8">
        <w:rPr>
          <w:rFonts w:ascii="Century Gothic" w:hAnsi="Century Gothic"/>
          <w:lang w:val="de-AT"/>
        </w:rPr>
        <w:tab/>
      </w:r>
      <w:r w:rsidR="004023E8"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0A37501D" w14:textId="77777777" w:rsidR="000D4B22" w:rsidRPr="004023E8" w:rsidRDefault="000D4B22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</w:p>
    <w:p w14:paraId="141B2CD0" w14:textId="18FC895B" w:rsidR="000D4B22" w:rsidRPr="00977332" w:rsidRDefault="00076341" w:rsidP="00977332">
      <w:pPr>
        <w:numPr>
          <w:ilvl w:val="0"/>
          <w:numId w:val="0"/>
        </w:numPr>
        <w:rPr>
          <w:rFonts w:ascii="Century Gothic" w:hAnsi="Century Gothic"/>
          <w:b/>
          <w:bCs/>
          <w:lang w:val="de-AT"/>
        </w:rPr>
      </w:pPr>
      <w:r w:rsidRPr="00977332">
        <w:rPr>
          <w:rFonts w:ascii="Century Gothic" w:hAnsi="Century Gothic"/>
          <w:b/>
          <w:bCs/>
          <w:lang w:val="de-AT"/>
        </w:rPr>
        <w:t>Erziehungsberechtigte</w:t>
      </w:r>
      <w:r w:rsidR="00FF6A42">
        <w:rPr>
          <w:rFonts w:ascii="Century Gothic" w:hAnsi="Century Gothic"/>
          <w:b/>
          <w:bCs/>
          <w:lang w:val="de-AT"/>
        </w:rPr>
        <w:t>/</w:t>
      </w:r>
      <w:r w:rsidR="00915B82">
        <w:rPr>
          <w:rFonts w:ascii="Century Gothic" w:hAnsi="Century Gothic"/>
          <w:b/>
          <w:bCs/>
          <w:lang w:val="de-AT"/>
        </w:rPr>
        <w:t>Erziehungsberechtigter</w:t>
      </w:r>
    </w:p>
    <w:p w14:paraId="55F766EC" w14:textId="266596B2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Name: </w:t>
      </w:r>
      <w:r w:rsidR="004023E8">
        <w:rPr>
          <w:rFonts w:ascii="Century Gothic" w:hAnsi="Century Gothic"/>
          <w:lang w:val="de-AT"/>
        </w:rPr>
        <w:tab/>
      </w:r>
      <w:r w:rsidR="004023E8"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02612C97" w14:textId="62DE3D31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Adresse: </w:t>
      </w:r>
      <w:r w:rsidR="004023E8">
        <w:rPr>
          <w:rFonts w:ascii="Century Gothic" w:hAnsi="Century Gothic"/>
          <w:lang w:val="de-AT"/>
        </w:rPr>
        <w:tab/>
      </w:r>
      <w:r w:rsidR="004023E8"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6EA3220E" w14:textId="2BC023C8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Telefon: </w:t>
      </w:r>
      <w:r w:rsidR="004023E8">
        <w:rPr>
          <w:rFonts w:ascii="Century Gothic" w:hAnsi="Century Gothic"/>
          <w:lang w:val="de-AT"/>
        </w:rPr>
        <w:tab/>
      </w:r>
      <w:r w:rsidR="004023E8"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5B25515A" w14:textId="2125E882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E-Mail: </w:t>
      </w:r>
      <w:r w:rsidR="004023E8">
        <w:rPr>
          <w:rFonts w:ascii="Century Gothic" w:hAnsi="Century Gothic"/>
          <w:lang w:val="de-AT"/>
        </w:rPr>
        <w:tab/>
      </w:r>
      <w:r w:rsidR="004023E8"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5DAB6C7B" w14:textId="77777777" w:rsidR="000D4B22" w:rsidRPr="004023E8" w:rsidRDefault="000D4B22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</w:p>
    <w:p w14:paraId="5861045C" w14:textId="586A9D9C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Hiermit </w:t>
      </w:r>
      <w:r w:rsidR="004023E8" w:rsidRPr="004023E8">
        <w:rPr>
          <w:rFonts w:ascii="Century Gothic" w:hAnsi="Century Gothic"/>
          <w:lang w:val="de-AT"/>
        </w:rPr>
        <w:t>erklär</w:t>
      </w:r>
      <w:r w:rsidR="004023E8">
        <w:rPr>
          <w:rFonts w:ascii="Century Gothic" w:hAnsi="Century Gothic"/>
          <w:lang w:val="de-AT"/>
        </w:rPr>
        <w:t>e</w:t>
      </w:r>
      <w:r w:rsidR="00E80542">
        <w:rPr>
          <w:rFonts w:ascii="Century Gothic" w:hAnsi="Century Gothic"/>
          <w:lang w:val="de-AT"/>
        </w:rPr>
        <w:t>(</w:t>
      </w:r>
      <w:r w:rsidRPr="004023E8">
        <w:rPr>
          <w:rFonts w:ascii="Century Gothic" w:hAnsi="Century Gothic"/>
          <w:lang w:val="de-AT"/>
        </w:rPr>
        <w:t>n</w:t>
      </w:r>
      <w:r w:rsidR="00E80542">
        <w:rPr>
          <w:rFonts w:ascii="Century Gothic" w:hAnsi="Century Gothic"/>
          <w:lang w:val="de-AT"/>
        </w:rPr>
        <w:t>)</w:t>
      </w:r>
      <w:r w:rsidRPr="004023E8">
        <w:rPr>
          <w:rFonts w:ascii="Century Gothic" w:hAnsi="Century Gothic"/>
          <w:lang w:val="de-AT"/>
        </w:rPr>
        <w:t xml:space="preserve"> ich/wir mich/uns damit einverstanden, dass unser/e Sohn/Tochter bzw. das oben </w:t>
      </w:r>
      <w:r w:rsidR="004023E8" w:rsidRPr="004023E8">
        <w:rPr>
          <w:rFonts w:ascii="Century Gothic" w:hAnsi="Century Gothic"/>
          <w:lang w:val="de-AT"/>
        </w:rPr>
        <w:t>angeführte</w:t>
      </w:r>
      <w:r w:rsidRPr="004023E8">
        <w:rPr>
          <w:rFonts w:ascii="Century Gothic" w:hAnsi="Century Gothic"/>
          <w:lang w:val="de-AT"/>
        </w:rPr>
        <w:t xml:space="preserve"> </w:t>
      </w:r>
      <w:r w:rsidR="004023E8" w:rsidRPr="004023E8">
        <w:rPr>
          <w:rFonts w:ascii="Century Gothic" w:hAnsi="Century Gothic"/>
          <w:lang w:val="de-AT"/>
        </w:rPr>
        <w:t>minderjährige</w:t>
      </w:r>
      <w:r w:rsidRPr="004023E8">
        <w:rPr>
          <w:rFonts w:ascii="Century Gothic" w:hAnsi="Century Gothic"/>
          <w:lang w:val="de-AT"/>
        </w:rPr>
        <w:t xml:space="preserve"> Mitglied an der genannten Vereinsreise teilnimmt.</w:t>
      </w:r>
    </w:p>
    <w:p w14:paraId="266DF1EA" w14:textId="744707E7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Ich/Wir nehmen zur Kenntnis, dass die Aufsicht </w:t>
      </w:r>
      <w:r w:rsidR="004023E8" w:rsidRPr="004023E8">
        <w:rPr>
          <w:rFonts w:ascii="Century Gothic" w:hAnsi="Century Gothic"/>
          <w:lang w:val="de-AT"/>
        </w:rPr>
        <w:t>während</w:t>
      </w:r>
      <w:r w:rsidRPr="004023E8">
        <w:rPr>
          <w:rFonts w:ascii="Century Gothic" w:hAnsi="Century Gothic"/>
          <w:lang w:val="de-AT"/>
        </w:rPr>
        <w:t xml:space="preserve"> der </w:t>
      </w:r>
      <w:r w:rsidR="00CF3410" w:rsidRPr="004023E8">
        <w:rPr>
          <w:rFonts w:ascii="Century Gothic" w:hAnsi="Century Gothic"/>
          <w:lang w:val="de-AT"/>
        </w:rPr>
        <w:t>Reise,</w:t>
      </w:r>
      <w:r w:rsidRPr="004023E8">
        <w:rPr>
          <w:rFonts w:ascii="Century Gothic" w:hAnsi="Century Gothic"/>
          <w:lang w:val="de-AT"/>
        </w:rPr>
        <w:t xml:space="preserve"> durch die vom Verein </w:t>
      </w:r>
      <w:proofErr w:type="gramStart"/>
      <w:r w:rsidRPr="004023E8">
        <w:rPr>
          <w:rFonts w:ascii="Century Gothic" w:hAnsi="Century Gothic"/>
          <w:lang w:val="de-AT"/>
        </w:rPr>
        <w:t>beauftragten</w:t>
      </w:r>
      <w:proofErr w:type="gramEnd"/>
      <w:r w:rsidRPr="004023E8">
        <w:rPr>
          <w:rFonts w:ascii="Century Gothic" w:hAnsi="Century Gothic"/>
          <w:lang w:val="de-AT"/>
        </w:rPr>
        <w:t xml:space="preserve"> vollj</w:t>
      </w:r>
      <w:r w:rsidR="004023E8">
        <w:rPr>
          <w:rFonts w:ascii="Century Gothic" w:hAnsi="Century Gothic"/>
          <w:lang w:val="de-AT"/>
        </w:rPr>
        <w:t>ä</w:t>
      </w:r>
      <w:r w:rsidRPr="004023E8">
        <w:rPr>
          <w:rFonts w:ascii="Century Gothic" w:hAnsi="Century Gothic"/>
          <w:lang w:val="de-AT"/>
        </w:rPr>
        <w:t>hrigen Begleitpersonen erfolgt. Den Anweisungen der verantwortlichen Aufsichtspersonen ist Folge zu leisten.</w:t>
      </w:r>
    </w:p>
    <w:p w14:paraId="47C4AFCB" w14:textId="77777777" w:rsidR="00977332" w:rsidRDefault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>
        <w:rPr>
          <w:rFonts w:ascii="Century Gothic" w:hAnsi="Century Gothic"/>
          <w:lang w:val="de-AT"/>
        </w:rPr>
        <w:br w:type="page"/>
      </w:r>
    </w:p>
    <w:p w14:paraId="4EB0D3C9" w14:textId="77777777" w:rsidR="00977332" w:rsidRDefault="00977332" w:rsidP="00977332">
      <w:pPr>
        <w:numPr>
          <w:ilvl w:val="0"/>
          <w:numId w:val="0"/>
        </w:numPr>
        <w:rPr>
          <w:rFonts w:ascii="Century Gothic" w:hAnsi="Century Gothic"/>
          <w:lang w:val="de-AT"/>
        </w:rPr>
        <w:sectPr w:rsidR="00977332" w:rsidSect="00977332">
          <w:headerReference w:type="default" r:id="rId11"/>
          <w:footerReference w:type="default" r:id="rId12"/>
          <w:pgSz w:w="12240" w:h="15840"/>
          <w:pgMar w:top="2442" w:right="1800" w:bottom="1440" w:left="1800" w:header="720" w:footer="720" w:gutter="0"/>
          <w:cols w:space="720"/>
          <w:docGrid w:linePitch="360"/>
        </w:sectPr>
      </w:pPr>
    </w:p>
    <w:p w14:paraId="53204773" w14:textId="6A6F3803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977332">
        <w:rPr>
          <w:rFonts w:ascii="Century Gothic" w:hAnsi="Century Gothic"/>
          <w:b/>
          <w:bCs/>
          <w:lang w:val="de-AT"/>
        </w:rPr>
        <w:lastRenderedPageBreak/>
        <w:t>Gesundheitliche Hinweise</w:t>
      </w:r>
      <w:r w:rsidRPr="004023E8">
        <w:rPr>
          <w:rFonts w:ascii="Century Gothic" w:hAnsi="Century Gothic"/>
          <w:lang w:val="de-AT"/>
        </w:rPr>
        <w:t xml:space="preserve"> (Allergien, Medikamenteneinnahme, besondere </w:t>
      </w:r>
      <w:r w:rsidR="004023E8" w:rsidRPr="004023E8">
        <w:rPr>
          <w:rFonts w:ascii="Century Gothic" w:hAnsi="Century Gothic"/>
          <w:lang w:val="de-AT"/>
        </w:rPr>
        <w:t>Bedürfnisse</w:t>
      </w:r>
      <w:r w:rsidRPr="004023E8">
        <w:rPr>
          <w:rFonts w:ascii="Century Gothic" w:hAnsi="Century Gothic"/>
          <w:lang w:val="de-AT"/>
        </w:rPr>
        <w:t xml:space="preserve"> etc.):</w:t>
      </w:r>
    </w:p>
    <w:p w14:paraId="28977C73" w14:textId="0671BBE4" w:rsidR="000D4B22" w:rsidRPr="004023E8" w:rsidRDefault="004023E8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>
        <w:rPr>
          <w:rFonts w:ascii="Century Gothic" w:hAnsi="Century Gothic"/>
          <w:lang w:val="de-AT"/>
        </w:rPr>
        <w:tab/>
      </w:r>
      <w:r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04DAF8A7" w14:textId="77777777" w:rsidR="004023E8" w:rsidRDefault="004023E8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>
        <w:rPr>
          <w:rFonts w:ascii="Century Gothic" w:hAnsi="Century Gothic"/>
          <w:lang w:val="de-AT"/>
        </w:rPr>
        <w:tab/>
      </w:r>
      <w:r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24A13402" w14:textId="77777777" w:rsidR="004023E8" w:rsidRDefault="004023E8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>
        <w:rPr>
          <w:rFonts w:ascii="Century Gothic" w:hAnsi="Century Gothic"/>
          <w:lang w:val="de-AT"/>
        </w:rPr>
        <w:tab/>
      </w:r>
      <w:r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2484EC45" w14:textId="77777777" w:rsidR="004023E8" w:rsidRDefault="004023E8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</w:p>
    <w:p w14:paraId="462FDAAE" w14:textId="77777777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b/>
          <w:bCs/>
          <w:lang w:val="de-AT"/>
        </w:rPr>
        <w:t>Notfallkontakt</w:t>
      </w:r>
      <w:r w:rsidRPr="004023E8">
        <w:rPr>
          <w:rFonts w:ascii="Century Gothic" w:hAnsi="Century Gothic"/>
          <w:lang w:val="de-AT"/>
        </w:rPr>
        <w:t xml:space="preserve"> (falls abweichend von den Erziehungsberechtigten):</w:t>
      </w:r>
    </w:p>
    <w:p w14:paraId="52EB6325" w14:textId="0E93F6CA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Name: </w:t>
      </w:r>
      <w:r w:rsidR="004023E8">
        <w:rPr>
          <w:rFonts w:ascii="Century Gothic" w:hAnsi="Century Gothic"/>
          <w:lang w:val="de-AT"/>
        </w:rPr>
        <w:tab/>
      </w:r>
      <w:r w:rsidR="004023E8"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780970A2" w14:textId="138C5427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Telefon: </w:t>
      </w:r>
      <w:r w:rsidR="004023E8">
        <w:rPr>
          <w:rFonts w:ascii="Century Gothic" w:hAnsi="Century Gothic"/>
          <w:lang w:val="de-AT"/>
        </w:rPr>
        <w:tab/>
      </w:r>
      <w:r w:rsidR="004023E8" w:rsidRPr="004023E8">
        <w:rPr>
          <w:rFonts w:ascii="Century Gothic" w:hAnsi="Century Gothic"/>
          <w:lang w:val="de-AT"/>
        </w:rPr>
        <w:t>_________________________________________________________________</w:t>
      </w:r>
    </w:p>
    <w:p w14:paraId="53F4B93D" w14:textId="77777777" w:rsidR="004023E8" w:rsidRDefault="004023E8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</w:p>
    <w:p w14:paraId="20E97C49" w14:textId="3DC0088B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 xml:space="preserve">Ich/Wir </w:t>
      </w:r>
      <w:r w:rsidR="004023E8" w:rsidRPr="004023E8">
        <w:rPr>
          <w:rFonts w:ascii="Century Gothic" w:hAnsi="Century Gothic"/>
          <w:lang w:val="de-AT"/>
        </w:rPr>
        <w:t>ermächtige</w:t>
      </w:r>
      <w:r w:rsidRPr="004023E8">
        <w:rPr>
          <w:rFonts w:ascii="Century Gothic" w:hAnsi="Century Gothic"/>
          <w:lang w:val="de-AT"/>
        </w:rPr>
        <w:t xml:space="preserve">(n) die verantwortlichen Begleitpersonen, im Falle eines Unfalls oder medizinischen Notfalls die erforderlichen </w:t>
      </w:r>
      <w:r w:rsidR="004023E8" w:rsidRPr="004023E8">
        <w:rPr>
          <w:rFonts w:ascii="Century Gothic" w:hAnsi="Century Gothic"/>
          <w:lang w:val="de-AT"/>
        </w:rPr>
        <w:t>Maßnahmen</w:t>
      </w:r>
      <w:r w:rsidRPr="004023E8">
        <w:rPr>
          <w:rFonts w:ascii="Century Gothic" w:hAnsi="Century Gothic"/>
          <w:lang w:val="de-AT"/>
        </w:rPr>
        <w:t xml:space="preserve"> einzuleiten und gegebenenfalls </w:t>
      </w:r>
      <w:r w:rsidR="004023E8" w:rsidRPr="004023E8">
        <w:rPr>
          <w:rFonts w:ascii="Century Gothic" w:hAnsi="Century Gothic"/>
          <w:lang w:val="de-AT"/>
        </w:rPr>
        <w:t>ärztliche</w:t>
      </w:r>
      <w:r w:rsidRPr="004023E8">
        <w:rPr>
          <w:rFonts w:ascii="Century Gothic" w:hAnsi="Century Gothic"/>
          <w:lang w:val="de-AT"/>
        </w:rPr>
        <w:t xml:space="preserve"> Hilfe in Anspruch zu nehmen, sofern eine vorherige Kontaktaufnahme mit mir/uns nicht oder nicht rechtzeitig </w:t>
      </w:r>
      <w:r w:rsidR="004023E8" w:rsidRPr="004023E8">
        <w:rPr>
          <w:rFonts w:ascii="Century Gothic" w:hAnsi="Century Gothic"/>
          <w:lang w:val="de-AT"/>
        </w:rPr>
        <w:t>möglich</w:t>
      </w:r>
      <w:r w:rsidRPr="004023E8">
        <w:rPr>
          <w:rFonts w:ascii="Century Gothic" w:hAnsi="Century Gothic"/>
          <w:lang w:val="de-AT"/>
        </w:rPr>
        <w:t xml:space="preserve"> ist.</w:t>
      </w:r>
    </w:p>
    <w:p w14:paraId="5E39B2FC" w14:textId="77777777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>Sonstige Anmerkungen:</w:t>
      </w:r>
    </w:p>
    <w:p w14:paraId="099560DF" w14:textId="255E3774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>____________________________________________________________</w:t>
      </w:r>
      <w:r w:rsidR="00343ED9">
        <w:rPr>
          <w:rFonts w:ascii="Century Gothic" w:hAnsi="Century Gothic"/>
          <w:lang w:val="de-AT"/>
        </w:rPr>
        <w:t>__________________</w:t>
      </w:r>
    </w:p>
    <w:p w14:paraId="447FEA9E" w14:textId="77777777" w:rsidR="00343ED9" w:rsidRPr="004023E8" w:rsidRDefault="00343ED9" w:rsidP="00343ED9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>____________________________________________________________</w:t>
      </w:r>
      <w:r>
        <w:rPr>
          <w:rFonts w:ascii="Century Gothic" w:hAnsi="Century Gothic"/>
          <w:lang w:val="de-AT"/>
        </w:rPr>
        <w:t>__________________</w:t>
      </w:r>
    </w:p>
    <w:p w14:paraId="0F4B9F73" w14:textId="77777777" w:rsidR="00343ED9" w:rsidRPr="004023E8" w:rsidRDefault="00343ED9" w:rsidP="00343ED9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t>____________________________________________________________</w:t>
      </w:r>
      <w:r>
        <w:rPr>
          <w:rFonts w:ascii="Century Gothic" w:hAnsi="Century Gothic"/>
          <w:lang w:val="de-AT"/>
        </w:rPr>
        <w:t>__________________</w:t>
      </w:r>
    </w:p>
    <w:p w14:paraId="783446D5" w14:textId="77777777" w:rsidR="001F2D2F" w:rsidRDefault="001F2D2F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</w:p>
    <w:p w14:paraId="59A7A883" w14:textId="77777777" w:rsidR="001F2D2F" w:rsidRDefault="001F2D2F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</w:p>
    <w:p w14:paraId="161355E5" w14:textId="088E643A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br/>
        <w:t>Ort, Datum: __________________________________________</w:t>
      </w:r>
    </w:p>
    <w:p w14:paraId="2A6C8A5F" w14:textId="77777777" w:rsidR="00343ED9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br/>
        <w:t>Unterschrift Erziehungsberechtigte(r):</w:t>
      </w:r>
    </w:p>
    <w:p w14:paraId="7AC8C19E" w14:textId="21053043" w:rsidR="000D4B22" w:rsidRPr="004023E8" w:rsidRDefault="00076341" w:rsidP="00977332">
      <w:pPr>
        <w:numPr>
          <w:ilvl w:val="0"/>
          <w:numId w:val="0"/>
        </w:numPr>
        <w:rPr>
          <w:rFonts w:ascii="Century Gothic" w:hAnsi="Century Gothic"/>
          <w:lang w:val="de-AT"/>
        </w:rPr>
      </w:pPr>
      <w:r w:rsidRPr="004023E8">
        <w:rPr>
          <w:rFonts w:ascii="Century Gothic" w:hAnsi="Century Gothic"/>
          <w:lang w:val="de-AT"/>
        </w:rPr>
        <w:br/>
      </w:r>
      <w:r w:rsidRPr="004023E8">
        <w:rPr>
          <w:rFonts w:ascii="Century Gothic" w:hAnsi="Century Gothic"/>
          <w:lang w:val="de-AT"/>
        </w:rPr>
        <w:t>_______________________________________</w:t>
      </w:r>
      <w:r w:rsidR="00343ED9">
        <w:rPr>
          <w:rFonts w:ascii="Century Gothic" w:hAnsi="Century Gothic"/>
          <w:lang w:val="de-AT"/>
        </w:rPr>
        <w:t>_______________</w:t>
      </w:r>
    </w:p>
    <w:sectPr w:rsidR="000D4B22" w:rsidRPr="004023E8" w:rsidSect="00034616">
      <w:head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AB5C8" w14:textId="77777777" w:rsidR="00076341" w:rsidRDefault="00076341">
      <w:pPr>
        <w:spacing w:after="0" w:line="240" w:lineRule="auto"/>
      </w:pPr>
      <w:r>
        <w:separator/>
      </w:r>
    </w:p>
  </w:endnote>
  <w:endnote w:type="continuationSeparator" w:id="0">
    <w:p w14:paraId="61882726" w14:textId="77777777" w:rsidR="00076341" w:rsidRDefault="00076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E61CD" w14:textId="6C85034B" w:rsidR="00977332" w:rsidRPr="00125923" w:rsidRDefault="00125923" w:rsidP="00125923">
    <w:pPr>
      <w:pStyle w:val="Fuzeile"/>
      <w:numPr>
        <w:ilvl w:val="0"/>
        <w:numId w:val="0"/>
      </w:numPr>
      <w:ind w:left="1080"/>
      <w:jc w:val="right"/>
      <w:rPr>
        <w:rFonts w:ascii="Century Gothic" w:hAnsi="Century Gothic"/>
        <w:sz w:val="16"/>
        <w:szCs w:val="16"/>
        <w:lang w:val="de-DE"/>
      </w:rPr>
    </w:pPr>
    <w:proofErr w:type="spellStart"/>
    <w:r w:rsidRPr="00125923">
      <w:rPr>
        <w:rFonts w:ascii="Century Gothic" w:hAnsi="Century Gothic"/>
        <w:sz w:val="16"/>
        <w:szCs w:val="16"/>
        <w:lang w:val="de-DE"/>
      </w:rPr>
      <w:t>Vorlage</w:t>
    </w:r>
    <w:r w:rsidR="00D52D7C">
      <w:rPr>
        <w:rFonts w:ascii="Century Gothic" w:hAnsi="Century Gothic"/>
        <w:sz w:val="16"/>
        <w:szCs w:val="16"/>
        <w:lang w:val="de-DE"/>
      </w:rPr>
      <w:t>_Einverständniserklärung</w:t>
    </w:r>
    <w:proofErr w:type="spellEnd"/>
    <w:r w:rsidR="00D52D7C">
      <w:rPr>
        <w:rFonts w:ascii="Century Gothic" w:hAnsi="Century Gothic"/>
        <w:sz w:val="16"/>
        <w:szCs w:val="16"/>
        <w:lang w:val="de-DE"/>
      </w:rPr>
      <w:t xml:space="preserve"> für Vereinsreisen_</w:t>
    </w:r>
    <w:r w:rsidRPr="00125923">
      <w:rPr>
        <w:rFonts w:ascii="Century Gothic" w:hAnsi="Century Gothic"/>
        <w:sz w:val="16"/>
        <w:szCs w:val="16"/>
        <w:lang w:val="de-DE"/>
      </w:rPr>
      <w:t>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6549A" w14:textId="77777777" w:rsidR="00076341" w:rsidRDefault="00076341">
      <w:pPr>
        <w:spacing w:after="0" w:line="240" w:lineRule="auto"/>
      </w:pPr>
      <w:r>
        <w:separator/>
      </w:r>
    </w:p>
  </w:footnote>
  <w:footnote w:type="continuationSeparator" w:id="0">
    <w:p w14:paraId="7F45FBD3" w14:textId="77777777" w:rsidR="00076341" w:rsidRDefault="00076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8FEC6" w14:textId="384B1973" w:rsidR="000076CF" w:rsidRDefault="000076CF" w:rsidP="00DD35F2">
    <w:pPr>
      <w:numPr>
        <w:ilvl w:val="0"/>
        <w:numId w:val="0"/>
      </w:numPr>
      <w:ind w:left="360" w:hanging="360"/>
      <w:rPr>
        <w:rFonts w:ascii="Century Gothic" w:hAnsi="Century Gothic"/>
        <w:caps/>
      </w:rPr>
    </w:pPr>
    <w:r>
      <w:rPr>
        <w:rFonts w:ascii="Century Gothic" w:hAnsi="Century Gothic"/>
        <w:caps/>
        <w:noProof/>
      </w:rPr>
      <w:drawing>
        <wp:inline distT="0" distB="0" distL="0" distR="0" wp14:anchorId="341C2646" wp14:editId="0AE33659">
          <wp:extent cx="3040837" cy="818984"/>
          <wp:effectExtent l="0" t="0" r="7620" b="635"/>
          <wp:docPr id="30632100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321005" name="Grafik 30632100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51152" cy="848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BAD0B" w14:textId="4797064F" w:rsidR="00977332" w:rsidRPr="00977332" w:rsidRDefault="00977332" w:rsidP="00DD35F2">
    <w:pPr>
      <w:numPr>
        <w:ilvl w:val="0"/>
        <w:numId w:val="0"/>
      </w:numPr>
      <w:ind w:left="360" w:hanging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tandard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8917566">
    <w:abstractNumId w:val="8"/>
  </w:num>
  <w:num w:numId="2" w16cid:durableId="1389575161">
    <w:abstractNumId w:val="6"/>
  </w:num>
  <w:num w:numId="3" w16cid:durableId="32579212">
    <w:abstractNumId w:val="5"/>
  </w:num>
  <w:num w:numId="4" w16cid:durableId="952369431">
    <w:abstractNumId w:val="4"/>
  </w:num>
  <w:num w:numId="5" w16cid:durableId="1133062327">
    <w:abstractNumId w:val="7"/>
  </w:num>
  <w:num w:numId="6" w16cid:durableId="1170145862">
    <w:abstractNumId w:val="3"/>
  </w:num>
  <w:num w:numId="7" w16cid:durableId="1406414193">
    <w:abstractNumId w:val="2"/>
  </w:num>
  <w:num w:numId="8" w16cid:durableId="1064572755">
    <w:abstractNumId w:val="1"/>
  </w:num>
  <w:num w:numId="9" w16cid:durableId="166482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6CF"/>
    <w:rsid w:val="00034616"/>
    <w:rsid w:val="0006063C"/>
    <w:rsid w:val="00076341"/>
    <w:rsid w:val="000C3C3E"/>
    <w:rsid w:val="000D4B22"/>
    <w:rsid w:val="00112D14"/>
    <w:rsid w:val="00125923"/>
    <w:rsid w:val="0015074B"/>
    <w:rsid w:val="001C16CA"/>
    <w:rsid w:val="001F2D2F"/>
    <w:rsid w:val="001F47A8"/>
    <w:rsid w:val="0029639D"/>
    <w:rsid w:val="00301AA5"/>
    <w:rsid w:val="003173EF"/>
    <w:rsid w:val="00326F90"/>
    <w:rsid w:val="00342CB8"/>
    <w:rsid w:val="00343ED9"/>
    <w:rsid w:val="004023E8"/>
    <w:rsid w:val="0040579C"/>
    <w:rsid w:val="0065065F"/>
    <w:rsid w:val="00781BD8"/>
    <w:rsid w:val="007F2186"/>
    <w:rsid w:val="007F66F1"/>
    <w:rsid w:val="00815424"/>
    <w:rsid w:val="00816BB0"/>
    <w:rsid w:val="00851B3E"/>
    <w:rsid w:val="00853DD6"/>
    <w:rsid w:val="00915B82"/>
    <w:rsid w:val="00977332"/>
    <w:rsid w:val="00AA1D8D"/>
    <w:rsid w:val="00B41CC0"/>
    <w:rsid w:val="00B47730"/>
    <w:rsid w:val="00B563B9"/>
    <w:rsid w:val="00BC35D8"/>
    <w:rsid w:val="00C052F7"/>
    <w:rsid w:val="00C91D98"/>
    <w:rsid w:val="00CB0664"/>
    <w:rsid w:val="00CF3410"/>
    <w:rsid w:val="00D4727C"/>
    <w:rsid w:val="00D52D7C"/>
    <w:rsid w:val="00D55FE3"/>
    <w:rsid w:val="00D70DFC"/>
    <w:rsid w:val="00DD35F2"/>
    <w:rsid w:val="00E323B4"/>
    <w:rsid w:val="00E6109A"/>
    <w:rsid w:val="00E80542"/>
    <w:rsid w:val="00FC693F"/>
    <w:rsid w:val="00FF6A42"/>
    <w:rsid w:val="33A62D49"/>
    <w:rsid w:val="45D1D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9E53A5B4-B2BE-4B50-B5AB-CFD203B0B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D4727C"/>
    <w:pPr>
      <w:numPr>
        <w:numId w:val="7"/>
      </w:numPr>
    </w:pPr>
  </w:style>
  <w:style w:type="paragraph" w:styleId="berschrift1">
    <w:name w:val="heading 1"/>
    <w:basedOn w:val="Standard"/>
    <w:next w:val="Standard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D3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DD35F2"/>
  </w:style>
  <w:style w:type="paragraph" w:styleId="Fuzeile">
    <w:name w:val="footer"/>
    <w:basedOn w:val="Standard"/>
    <w:link w:val="FuzeileZchn"/>
    <w:uiPriority w:val="99"/>
    <w:unhideWhenUsed/>
    <w:rsid w:val="00DD3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D35F2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TitleChar1">
    <w:name w:val="Title Char1"/>
    <w:basedOn w:val="Absatz-Standardschriftart"/>
    <w:uiPriority w:val="10"/>
    <w:rsid w:val="00DD3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Absatz-Standardschriftart"/>
    <w:uiPriority w:val="11"/>
    <w:rsid w:val="00DD3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BodyTextChar1">
    <w:name w:val="Body Text Char1"/>
    <w:basedOn w:val="Absatz-Standardschriftart"/>
    <w:uiPriority w:val="99"/>
    <w:semiHidden/>
    <w:rsid w:val="00DD35F2"/>
  </w:style>
  <w:style w:type="character" w:customStyle="1" w:styleId="BodyText2Char1">
    <w:name w:val="Body Text 2 Char1"/>
    <w:basedOn w:val="Absatz-Standardschriftart"/>
    <w:uiPriority w:val="99"/>
    <w:semiHidden/>
    <w:rsid w:val="00DD35F2"/>
  </w:style>
  <w:style w:type="character" w:customStyle="1" w:styleId="BodyText3Char1">
    <w:name w:val="Body Text 3 Char1"/>
    <w:basedOn w:val="Absatz-Standardschriftart"/>
    <w:uiPriority w:val="99"/>
    <w:semiHidden/>
    <w:rsid w:val="00DD35F2"/>
    <w:rPr>
      <w:sz w:val="16"/>
      <w:szCs w:val="16"/>
    </w:rPr>
  </w:style>
  <w:style w:type="character" w:customStyle="1" w:styleId="MacroTextChar1">
    <w:name w:val="Macro Text Char1"/>
    <w:basedOn w:val="Absatz-Standardschriftart"/>
    <w:uiPriority w:val="99"/>
    <w:semiHidden/>
    <w:rsid w:val="00DD35F2"/>
    <w:rPr>
      <w:rFonts w:ascii="Consolas" w:hAnsi="Consolas"/>
      <w:sz w:val="20"/>
      <w:szCs w:val="20"/>
    </w:rPr>
  </w:style>
  <w:style w:type="character" w:customStyle="1" w:styleId="QuoteChar1">
    <w:name w:val="Quote Char1"/>
    <w:basedOn w:val="Absatz-Standardschriftart"/>
    <w:uiPriority w:val="29"/>
    <w:rsid w:val="00DD35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character" w:customStyle="1" w:styleId="IntenseQuoteChar1">
    <w:name w:val="Intense Quote Char1"/>
    <w:basedOn w:val="Absatz-Standardschriftart"/>
    <w:uiPriority w:val="30"/>
    <w:rsid w:val="00DD35F2"/>
    <w:rPr>
      <w:i/>
      <w:iCs/>
      <w:color w:val="365F91" w:themeColor="accent1" w:themeShade="BF"/>
    </w:rPr>
  </w:style>
  <w:style w:type="paragraph" w:styleId="Liste">
    <w:name w:val="List"/>
    <w:basedOn w:val="Standard"/>
    <w:uiPriority w:val="99"/>
    <w:unhideWhenUsed/>
    <w:rsid w:val="00AA1D8D"/>
    <w:pPr>
      <w:ind w:left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Absatz-Standardschriftart"/>
    <w:uiPriority w:val="99"/>
    <w:rsid w:val="00D4727C"/>
  </w:style>
  <w:style w:type="character" w:customStyle="1" w:styleId="FooterChar">
    <w:name w:val="Footer Char"/>
    <w:basedOn w:val="Absatz-Standardschriftart"/>
    <w:uiPriority w:val="99"/>
    <w:rsid w:val="00D4727C"/>
  </w:style>
  <w:style w:type="character" w:customStyle="1" w:styleId="Heading1Char">
    <w:name w:val="Heading 1 Char"/>
    <w:basedOn w:val="Absatz-Standardschriftart"/>
    <w:uiPriority w:val="9"/>
    <w:rsid w:val="00D472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bsatz-Standardschriftart"/>
    <w:uiPriority w:val="9"/>
    <w:rsid w:val="00D472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bsatz-Standardschriftart"/>
    <w:uiPriority w:val="9"/>
    <w:rsid w:val="00D472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bsatz-Standardschriftart"/>
    <w:uiPriority w:val="9"/>
    <w:semiHidden/>
    <w:rsid w:val="00D472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bsatz-Standardschriftart"/>
    <w:uiPriority w:val="9"/>
    <w:semiHidden/>
    <w:rsid w:val="00D4727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bsatz-Standardschriftart"/>
    <w:uiPriority w:val="9"/>
    <w:semiHidden/>
    <w:rsid w:val="00D472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bsatz-Standardschriftart"/>
    <w:uiPriority w:val="9"/>
    <w:semiHidden/>
    <w:rsid w:val="00D472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bsatz-Standardschriftart"/>
    <w:uiPriority w:val="9"/>
    <w:semiHidden/>
    <w:rsid w:val="00D4727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Absatz-Standardschriftart"/>
    <w:uiPriority w:val="9"/>
    <w:semiHidden/>
    <w:rsid w:val="00D472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CEF3709FFEBB4F98B2E2C05768CB78" ma:contentTypeVersion="10" ma:contentTypeDescription="Ein neues Dokument erstellen." ma:contentTypeScope="" ma:versionID="6d9183d54a98ebdbe6a3196d6e29a066">
  <xsd:schema xmlns:xsd="http://www.w3.org/2001/XMLSchema" xmlns:xs="http://www.w3.org/2001/XMLSchema" xmlns:p="http://schemas.microsoft.com/office/2006/metadata/properties" xmlns:ns2="f775fdf4-9bb3-45ab-8c0c-8be84abd167b" xmlns:ns3="537430c3-0f80-4ac0-87a8-ea4529e63c75" targetNamespace="http://schemas.microsoft.com/office/2006/metadata/properties" ma:root="true" ma:fieldsID="d1ab9e88c0993ceb14485c0b7044747f" ns2:_="" ns3:_="">
    <xsd:import namespace="f775fdf4-9bb3-45ab-8c0c-8be84abd167b"/>
    <xsd:import namespace="537430c3-0f80-4ac0-87a8-ea4529e63c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5fdf4-9bb3-45ab-8c0c-8be84abd16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c0a3e94d-fa7b-4c95-9be7-f571a5a6a2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430c3-0f80-4ac0-87a8-ea4529e63c7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5914f6-63ac-4226-a11a-7be71e83713a}" ma:internalName="TaxCatchAll" ma:showField="CatchAllData" ma:web="537430c3-0f80-4ac0-87a8-ea4529e63c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430c3-0f80-4ac0-87a8-ea4529e63c75" xsi:nil="true"/>
    <lcf76f155ced4ddcb4097134ff3c332f xmlns="f775fdf4-9bb3-45ab-8c0c-8be84abd16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811ECF-2C72-4BA2-A800-3AD30F0E4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75fdf4-9bb3-45ab-8c0c-8be84abd167b"/>
    <ds:schemaRef ds:uri="537430c3-0f80-4ac0-87a8-ea4529e63c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B725EF-3A9D-4631-99FF-D5E75D0F23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4C12E3-6687-486E-A560-2719E20DB2B6}">
  <ds:schemaRefs>
    <ds:schemaRef ds:uri="http://schemas.microsoft.com/office/2006/metadata/properties"/>
    <ds:schemaRef ds:uri="http://schemas.microsoft.com/office/infopath/2007/PartnerControls"/>
    <ds:schemaRef ds:uri="537430c3-0f80-4ac0-87a8-ea4529e63c75"/>
    <ds:schemaRef ds:uri="f775fdf4-9bb3-45ab-8c0c-8be84abd16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2176</Characters>
  <Application>Microsoft Office Word</Application>
  <DocSecurity>0</DocSecurity>
  <Lines>18</Lines>
  <Paragraphs>5</Paragraphs>
  <ScaleCrop>false</ScaleCrop>
  <Manager/>
  <Company/>
  <LinksUpToDate>false</LinksUpToDate>
  <CharactersWithSpaces>2516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Vierbauch</dc:creator>
  <cp:keywords/>
  <dc:description>generated by python-docx</dc:description>
  <cp:lastModifiedBy>Marie-Theres Ivanov</cp:lastModifiedBy>
  <cp:revision>16</cp:revision>
  <dcterms:created xsi:type="dcterms:W3CDTF">2026-09-05T07:06:00Z</dcterms:created>
  <dcterms:modified xsi:type="dcterms:W3CDTF">2026-09-14T13:45:00Z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0x0101008BCEF3709FFEBB4F98B2E2C05768CB78</vt:lpwstr>
  </property>
  <property fmtid="{D5CDD505-2E9C-101B-9397-08002B2CF9AE}" pid="3" name="MediaServiceImageTags">
    <vt:lpwstr/>
  </property>
</Properties>
</file>